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STAR – דוגמאות שמשכנעות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שלבי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דוגמה טובה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אישי קצר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התוצאה כוללת גם למידה, לא רק את מה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סיפור של כדקה, לא ארוך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להתאים סיפור לכל שאלה בראיון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(בכיתה ח׳ היינו צריכים להכין תערוכה)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(היה צריך לסיים שלושה דוכנים בזמן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(בניתי טבלת משימות ונשארתי אחרי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(התערוכה נפתחה בזמן והמורה ביקשה להציג אותה לשכבה)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לתאר את המצב - איפה ומתי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מה הייתה המשימה או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לספר מה עשיתי כדי להתמודד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לסכם מה יצא מזה ומה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סיפור STAR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ארבעה חלקים ברורים, שהפעולה מתוארת בגוף ראשון ושיש תוצאה או למידה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תוצאה וגם למידה מהמקרה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לספר את הסיפור שכתבו בקול רם בזוגות ולתת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החשיבות של גוף ראשון יחיד בשלב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הדוגמה האישית לתחום שאליו מתראיינים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STAR – דוגמאות שמשכנעות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בראיון עבודה לא מספיק להגיד תכונה טובה - צריך לספר סיפור קצר שמוכיח אותה. שיטת STAR עוזרת לבנות סיפור כזה בארבעה 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פעולה  ·  משימה  ·  סיפור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האות S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האות A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התוצאה כדאי לספר גם מה למדתי מהמקרה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שסיפור STAR יארך כעשר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להכין מראש כמה סיפורים שמתאימים לשאלות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שיטת STAR עוזרת לספר __________ קצר וברור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ה__________ מספרים מה היה צריך לעשות ומה היה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החלק הארוך ביותר בסיפור STAR הוא שלב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התערוכה נפתחה בזמן והמורה ביקשה להציג אותה לשכבה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בניתי טבלת משימות ונשארתי אחרי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בכיתה ח׳ היינו צריכים להכין תערוכה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היה צריך לסיים שלושה דוכנים בזמן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לסכם מה יצא מזה ומה 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מה עשיתי כדי להתמודד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להסביר מה הייתה המשימה או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לתאר את המצב - איפה ומתי זה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סיפור STAR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מצב אמיתי מהחיים שלכם (בית ספר, חוג, ספורט או בית) וכתבו סיפור STAR קצר - משפט לכל שלב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כל אחת מהאותיות S T A 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שלב צריך להיות הכי ארוך ומפורט?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שיטת STAR – דוגמאות שמשכנעות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