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שיטת STAR – דוגמאות שמשכנעות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שלבי 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דוגמה טובה לכל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סיפור אישי קצר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התוצאה כוללת גם למידה, לא רק את מה שקרה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מומלץ סיפור של כדקה, לא ארוך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אפשר להתאים סיפור לכל שאלה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מספיק משפט אחד קצר של רקע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השלב הראשון הוא מצב, הפעולה היא השלישי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(בכיתה ח׳ היינו צריכים להכין תערוכה)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(היה צריך לסיים שלושה דוכנים בזמן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(בניתי טבלת משימות ונשארתי אחרי הלימודים)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(התערוכה נפתחה בזמן והמורה ביקשה להציג אותה לשכבה)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לתאר את המצב - איפה ומתי זה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להסביר מה הייתה המשימה או האתגר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לספר מה עשיתי כדי להתמודד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לסכם מה יצא מזה ומה למדתי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סיפור STAR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שיש ארבעה חלקים ברורים, שהפעולה מתוארת בגוף ראשון ושיש תוצאה או למידה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זה מראה למראיין את התוצאה ואת היכולת להפיק לקחים, לא רק לתאר מעשה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מצב, משימה, פעולה,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שלב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תוצאה וגם למידה מהמקרה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לספר את הסיפור שכתבו בקול רם בזוגות ולתת 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החשיבות של גוף ראשון יחיד בשלב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הדוגמה האישית לתחום שאליו מתראיינים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שיטת STAR – דוגמאות שמשכנעות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בראיון טוב לספר סיפור קצר על משהו שקרה. שיטת STAR עוזרת לבנות את הסיפור בסדר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STAR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לבניית סיפור קצר לראיון, מראשי תיבות באנגלית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מצב (Situation)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איפה ומתי זה קרה - משפט רקע קצר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משימה (Task)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היה צריך לעשות, מה היה האתגר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פעולה (Action)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אני עשיתי כדי להתמודד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תוצאה (Result)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יצא בסוף, ומה למדתי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משכנע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כזה שגורם למראיין להאמין ולהתרשם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רקע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קצר שעוזר להבין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אתגר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קושי שצריך להתגבר 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האות הראשונה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האות השנייה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האות השלישית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חלק צריך להיות הכי ארוך?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חלק חשוב להגיד ״אני״?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התוצאה כדאי לספר גם מה למדתי מהמקרה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שסיפור STAR יארך כעשר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להכין מראש כמה סיפורים שמתאימים לשאלות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המצב צריך לתאר בפירוט רב את כל הרקע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הפעולה הוא השלב הראשון בשיטה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שיטת STAR עוזרת לספר __________ קצר וברור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ה__________ מספרים מה היה צריך לעשות ומה היה האתגר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החלק הארוך ביותר בסיפור STAR הוא שלב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התוצאה חשוב לספר גם מה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כדאי להכין מראש שלושה סיפורים: הצלחה, קושי או כישלון, ועבודת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היה צריך לסיים שלושה דוכנים בזמן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התערוכה נפתחה בזמן והמורה ביקשה להציג אותה לשכבה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בכיתה ח׳ היינו צריכים להכין תערוכה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בניתי טבלת משימות ונשארתי אחרי הלימודים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מה הייתה המשימה או האתגר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מה עשיתי כדי להתמודד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לסכם מה יצא מזה ומה למדתי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לתאר את המצב - איפה ומתי זה 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סיפור STAR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מצב אמיתי מהחיים שלכם (בית ספר, חוג, ספורט או בית) וכתבו סיפור STAR קצר - משפט לכל שלב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לסיים כל סיפור STAR בתוצאה ובלמידה, ולא רק בתיאור המעשה?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כל אחת מהאותיות S T A R?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שלב צריך להיות הכי ארוך ומפורט?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לכלול תמיד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שיטת STAR – דוגמאות שמשכנעות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